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קלפים בעברית: הפכים,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 דרך זיהוי הפכים, נרדפות וקטגוריות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לקבוצות הגיוניות לפי משמעות או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דיוק וזריזות במענה על שאלות אוצר מילים בזמן קצוב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למשחקי הקלפים הדיגיטליים באמצעות תרגול מודפס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הפכים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קמצנות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פחדנות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הפכים – התאמת צמדים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(פחדנות)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(כזב)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הפכים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מבטאות יחס הפוך למאמץ ולעבודה.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מילים נרדפות – זיהוי קבוצות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כולן מתארות פעולת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׳יעד׳ ו׳מטרה׳ הן מילים נרדפות ולא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שלושת המילים מתארות עייפות 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נרדפות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להרהר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נרדפות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שבו מופיעה אחת המילים הנרדפות במקום 'מטרה'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 לזהות קבוצות של מילים בעלות משמעות דומה ולהרחיב את אוצר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קטגוריות וקבוצות מילים – זיהוי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נדיבות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מירכאות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קטגוריות וקבוצות מילים – התאמת מילה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(מידות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קטגוריות וקבוצות מילים – כתיבה והסקת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מתנהג באדיבות מפני שחשוב לי שאנשים ירגישו בנוח.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זיכרון, לוטו והתאמה מהירה – התאמת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(במערכת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(מידות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(מידות רעות)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זיכרון, לוטו והתאמה מהירה – זיהוי הקטגוריה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מידות רעות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זיכרון, לוטו והתאמה מהירה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גאולוגיה היא מדע העוסק בכדור הארץ, כמו פיזיקה וכימיה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זיכרון, לוטו והתאמה מהירה – הסבירו והרחיבו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אדיבות, יושר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רביעיות ושלישיות: בניית משפחות מילים – זיהוי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נדיבות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רביעיות ושלישיות: בניית משפחות מילים – השלמת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גאולוגיה היא אחד מתחומי המדע, לצד פיזיקה, כימיה ואסטרונומיה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אדיבות היא מידה טובה, לא רעה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רביעיות ושלישיות: בניית משפחות מילים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חמדנות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רביעיות ושלישיות: בניית משפחות מילים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(קבוצת עייפות)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(קבוצת עייפות)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(קבוצת 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מאמץ)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ידע כללי ממשחקי הקלפים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סולמות ונחשים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אכזריות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ושימוש במילים מהמשחקים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שמשתמש נכון באחד מקשרי הסיבה שהוזכרו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הפכים הם משמעות מנוגדת, נרדפות הן משמעות דומה, עם דוגמה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המילה שויכה לקטגוריה הנכונה והוסבר הקשר, למשל עצלות שייכת למידות רעות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הושלמה רביעייה או שלישייה שלמה והגיונית מתוך בנק המילים שניתן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פרקים על פני כמה שיעורים, כל פעם ערכה אחת (הפכים, נרדפות או קטגוריות)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מומלץ להשתמש בגרסת ה׳מצב מוקל׳ עם בנק מילים ורמזים נוספים לצד התרגילים הכתובים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רמת הקושי לפי כיתה ז׳, ח׳ או ט׳ על ידי בחירת מילים פשוטות או מורכבות יותר מתוך אותה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עבודה בזוגות בפרק הרביעיות והשלישיות, בדומה למשחק נגד המחשב, כדי לעודד שיח על משמעות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קלפים בעברית: הפכים,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אותן מילים וקטגוריות שמופיעות במשחקי הקלפים: הפכים, נרדפות וקטגוריות. עברו על הפרקים לפי הסדר, ונסו לפתור לבד לפני שבודקים עם בן או בת זוג.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להרהר  ·  חמדנות  ·  יעד  ·  כימיה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הפכים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המילה שהיא ההפך של ׳נדיבות׳?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קמצנות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המילה שהיא ההפך של ׳אומץ׳?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פחדנות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הפכים – התאמת צמדים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חריצות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כזב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עצלות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פחדנות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הפכים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׳עצלות׳ היא ההפך של ׳חריצות׳.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מילים נרדפות – זיהוי קבוצות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׳להגות׳, ׳לחשוב׳ ו׳להרהר׳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׳יעד׳ היא הפך של המילה ׳מטרה׳.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׳עייף׳, ׳מותש׳ ו׳תשוש׳ מתארים מצב של חוסר כוח גופני.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מילים נרדפות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היא אהבה __________ בשקט על החיים (מילה נרדפת ל'לחשוב').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התלמיד הציב לעצמו __________ ברור להשגה (מילה נרדפת ל'מטרה').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מילים נרדפות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שבו תחליפו את המילה 'מטרה' באחת המילים הנרדפות לה (יעד/תכלית).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התועלת במשחק 'שלישיות' בלימוד מילים נרדפות? כתבו הסבר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קטגוריות וקבוצות מילים – זיהוי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שייכת לקטגוריית מידות טובות?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חמדנות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הבאות היא מילת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מהמילים הבאות היא סימן פיסוק?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קטגוריות וקבוצות מילים – התאמת מילה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אסטרונומיה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מידות טובות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קטגוריות וקבוצות מילים – כתיבה והסקת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שבו תשתמשו באחד מקשרי הסיבה (למשל: מפני ש־, כי) כדי להסביר למה חשוב להיות אדיבים.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זיכרון, לוטו והתאמה מהירה – התאמת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מידות רעות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נאשם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במערכת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נדיבות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מידות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אכזריות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סימני פיסוק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זיכרון, לוטו והתאמה מהירה – זיהוי הקטגוריה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׳פסיק׳ שייכת לאיזו קטגוריה?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׳עצלות׳ שייכת לקטגוריית...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מידות 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קשרי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זיכרון, לוטו והתאמה מהירה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׳גאולוגיה׳ שייכת לקטגוריית ׳מדעים׳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זיכרון, לוטו והתאמה מהירה – הסבירו והרחיבו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מילים נוספות ששייכות לקטגוריית ׳מידות טובות׳, מלבד נדיבות וענווה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רביעיות ושלישיות: בניית משפחות מילים – זיהוי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שייכת למשפחת "מידות טובות"?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שייכת למשפחת "סימני פיסוק"?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כימיה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רביעיות ושלישיות: בניית משפחות מילים – השלמת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"גאולוגיה" שייכת למשפחת "מדעים".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"אדיבות" שייכת למשפחת "מידות רעות".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רביעיות ושלישיות: בניית משפחות מילים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במשפחת "מדעים" לצד פיזיקה, גאולוגיה ואסטרונומיה חסרה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במשפחת "מידות רעות" לצד עצלות, אכזריות וצביעות חסרה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רביעיות ושלישיות: בניית משפחות מילים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קבוצת עייפות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קבוצת 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קבוצת עייפות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ידע כללי ממשחקי הקלפים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משחק מטילים קובייה ומתקדמים לפי התשובה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סולמות ונחשים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הקטגוריה של המילה "מירכאות" במשחק הלוטו?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קשרי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שייכת לקבוצת "מידות רעות"?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אכזריות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אדיבות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כתיבה ושימוש במילים מהמשחקים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שלם שבו תשתמשו באחד מקשרי הסיבה מהמשחקים (למשל מפני ש־, כי, היות ש־).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 ההבדל בין מילים הפכיות למילים נרדפות?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למיין מילים לקטגוריה הנכונה שלהן (כמו מידות טובות מול מידות רעות)?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משחקי קלפים בעברית: הפכים, נרדפות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