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קלפים בעברית: הפכים,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 דרך זיהוי הפכים, נרדפות וקטגוריות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לקבוצות הגיוניות לפי משמעות או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דיוק וזריזות במענה על שאלות אוצר מילים בזמן קצוב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למשחקי הקלפים הדיגיטליים באמצעות תרגול מודפס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הפכים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קמצנות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פחדנות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כישלון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הפכים – התאמת צמדים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(פחדנות)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(כזב)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(חשש)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הפכים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מבטאות יחס הפוך למאמץ ולעבודה.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בזוג צריך למצוא את המילה ההפוכה, לא את אותה מילה.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מילים נרדפות – זיהוי קבוצות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כולן מתארות פעולת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׳יעד׳ ו׳מטרה׳ הן מילים נרדפות ולא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שלושת המילים מתארות עייפות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שתיהן מתארות השקעת כוח רבה בפעולה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נרדפות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להרהר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מותש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השתדלות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נרדפות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שבו מופיעה אחת המילים הנרדפות במקום 'מטרה'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כולן מתארות את אותה תחושה של חוסר כוח, בדרגות עוצמה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 משפטים תקינים שבהם מילים שונות מאותה קבוצת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עוזר לזהות קבוצות של מילים בעלות משמעות דומה ולהרחיב את אוצר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קטגוריות וקבוצות מילים – זיהוי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נדיבות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כימיה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קטגוריות וקבוצות מילים – התאמת מילה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(מידות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(מידות רעות)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(קשרי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(מדעים)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קטגוריות וקבוצות מילים – כתיבה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מתנהג באדיבות מפני שחשוב לי שאנשים ירגישו בנוח.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שתי מידות רעות (למשל אכזריות וחמדנות) והסבר הגיוני לפגיעה ביחסים.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מידות טובות: יושר, נדיבות. מידות רעות: עצלות, חמדנות. עם נימוק קצר לכל 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מידות טובות משפרות יחסים בין אנשים (למשל נדיבות), ומידות רעות פוגעות בהם (למשל אכזריות).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זיכרון, לוטו והתאמה מהירה – התאמת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(במערכת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(מידות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(מידות רעות)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(מדעים)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זיכרון, לוטו והתאמה מהירה – זיהוי הקטגוריה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מידות רעות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זיכרון, לוטו והתאמה מהירה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גאולוגיה היא מדע העוסק בכדור הארץ, כמו פיזיקה וכימיה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יושר היא מידה טובה, לא 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מירכאות שייכת לקטגוריית סימני פיסוק, לא מדעים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זיכרון, לוטו והתאמה מהירה – הסבירו והרחיבו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אדיבות,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הסמל מייצג את קטגוריית המדעים, וכימיה היא דוגמה למדע, לכן הם מתאימים ויוצרים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למשל: בעלי חיים - כלב, חתול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רביעיות ושלישיות: בניית משפחות מילים – זיהוי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נדיבות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רביעיות ושלישיות: בניית משפחות מילים – השלמת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גאולוגיה היא אחד מתחומי המדע, לצד פיזיקה, כימיה ואסטרונומיה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אדיבות היא מידה טובה, לא רעה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רביעיות ושלישיות: בניית משפחות מילים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חמדנות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רביעיות ושלישיות: בניית משפחות מילים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(קבוצת עייפות)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(קבוצת עייפות)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(קבוצת 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(קבוצת 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(קבוצת מטרה)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ידע כללי ממשחקי הקלפים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סולמות ונחשים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אכזריות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מפני ש־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מילה והקטגוריה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ושימוש במילים מהמשחקים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שמשתמש נכון באחד מקשרי הסיבה שהוזכרו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הגיוניים שמשתמשים נכון בכל אחת מהמילים הנבחרות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הגיוני המשווה בין שני המשחקים ומנמק בחירה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הפכים הם משמעות מנוגדת, נרדפות הן משמעות דומה, עם דוגמה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המילה שויכה לקטגוריה הנכונה והוסבר הקשר, למשל עצלות שייכת למידות רעות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הושלמה רביעייה או שלישייה שלמה והגיונית מתוך בנק המילים שניתן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פרקים על פני כמה שיעורים, כל פעם ערכה אחת (הפכים, נרדפות או קטגוריות)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מומלץ להשתמש בגרסת ה׳מצב מוקל׳ עם בנק מילים ורמזים נוספים לצד התרגילים הכתובים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רמת הקושי לפי כיתה ז׳, ח׳ או ט׳ על ידי בחירת מילים פשוטות או מורכבות יותר מתוך אותה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עבודה בזוגות בפרק הרביעיות והשלישיות, בדומה למשחק נגד המחשב, כדי לעודד שיח על משמעות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קלפים בעברית: הפכים,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אותן מילים וקטגוריות שמופיעות במשחקי הקלפים: הפכים, נרדפות וקטגוריות. עברו על הפרקים לפי הסדר, ונסו לפתור לבד לפני שבודקים עם בן או בת זוג.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הפכים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המילה שהיא ההפך של ׳נדיבות׳?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קמצנות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שהיא ההפך של ׳אומץ׳?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המילה שהיא ההפך של ׳התחלה׳?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שהיא ההפך של ׳הצלחה׳?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כישלון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הפכים – התאמת צמדים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חריצות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פחדנות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כזב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הפכים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׳עצלות׳ היא ההפך של ׳חריצות׳.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הזיכרון בערכת ההפכים, קלף של מילה מתאים לקלף עם אותה מילה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מילים נרדפות – זיהוי קבוצות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׳להגות׳, ׳לחשוב׳ ו׳להרהר׳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׳יעד׳ היא הפך של המילה ׳מטרה׳.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׳עייף׳, ׳מותש׳ ו׳תשוש׳ מתארים מצב של חוסר כוח גופני.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׳מאמץ׳ ו׳עמל׳ הן מילים נרדפות שמתארות עבודה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מילים נרדפות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אהבה __________ בשקט על החיים (מילה נרדפת ל'לחשוב').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הציב לעצמו __________ ברור להשגה (מילה נרדפת ל'מטרה').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המרוץ הארוך הוא הרגיש __________ ולא יכול היה לזוז (מילה נרדפת ל'עייף').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הצלחתו נבעה מ__________ רב ומהשקעה מתמשכת (מילה נרדפת ל'מאמץ').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למרות ה__________ שעשתה, התוצאה לא השתפרה (מילה נרדפת ל'מאמץ').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מילים נרדפות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תחליפו את המילה 'מטרה' באחת המילים הנרדפות לה (יעד/תכלית).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'עייף', 'מותש' ו'תשוש' נחשבות למילים נרדפות.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קבוצת מילים נרדפות אחת מהמשחק וכתבו שני משפטים שונים, בכל משפט מילה אחרת מהקבוצה.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התועלת במשחק 'שלישיות' בלימוד מילים נרדפות? כתבו הסבר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קטגוריות וקבוצות מילים – זיהוי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שייכת לקטגוריית מידות טובות?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אכזריות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היא מילת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סימן פיסוק?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הבאות שייכת לתחום המדעים?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קטגוריות וקבוצות מילים – התאמת מילה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מידות רעות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צביעות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מידות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היות ש־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אסטרונומיה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קשרי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קטגוריות וקבוצות מילים – כתיבה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באחד מקשרי הסיבה (למשל: מפני ש־, כי) כדי להסביר למה חשוב להיות אדיבים.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מידות רעות מהרשימה וכתבו משפט המסביר איך הן עלולות לפגוע ביחסים בין אנשים.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מיינו לשתי קבוצות ונמקו בקצרה: יושר, עצלות, נדיבות, חמדנות.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מה ההבדל בין קטגוריית מידות טובות לקטגוריית מידות רעות, ותנו דוגמה אחת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זיכרון, לוטו והתאמה מהירה – התאמת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נאשם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מידות רעות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נדיבות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במערכת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אכזריות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מידות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סימני פיסוק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זיכרון, לוטו והתאמה מהירה – זיהוי הקטגוריה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׳פסיק׳ שייכת לאיזו 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׳עצלות׳ שייכת לקטגוריית...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מידות 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׳אך׳ היא דוגמה לקשר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זיכרון, לוטו והתאמה מהירה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׳גאולוגיה׳ שייכת לקטגוריית ׳מדעים׳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׳יושר׳ מופיעה בקטגוריית ׳מידות רעות׳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הלוטו, אם מושמעת המילה ׳מירכאות׳ יש לסמן את הריבוע ׳מדעים׳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זיכרון, לוטו והתאמה מהירה – הסבירו והרחיבו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ששייכות לקטגוריית ׳מידות טובות׳, מלבד נדיבות וענווה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הזיכרון יש קלף עם הסמל 🔬 וקלף עם המילה ׳כימיה׳. הסבירו מדוע שני הקלפים הללו יוצרים זוג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הציעו קטגוריה חדשה שיכלה להתאים למשחק ההתאמה המהירה, וכתבו שתי מילים שיתאימו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רביעיות ושלישיות: בניית משפחות מילים – זיהוי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שייכת למשפחת "מידות טובות"?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שייכת למשפחת "סימני פיסוק"?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שייכת למשפחת "קשרי סיבה"?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רביעיות ושלישיות: בניית משפחות מילים – השלמת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"גאולוגיה" שייכת למשפחת "מדעים".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"אדיבות" שייכת למשפחת "מידות רעות".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רביעיות ושלישיות: בניית משפחות מילים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במשפחת "מדעים" לצד פיזיקה, גאולוגיה ואסטרונומיה חסרה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במשפחת "מידות רעות" לצד עצלות, אכזריות וצביעות חסרה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בקבוצת הנרדפות של "מטרה", לצד יעד ותכלית חסרה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סמנו את המילה שלא שייכת לקבוצת הנרדפות: לחשוב, להרהר, להגות, עייף – המילה שלא שייכת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רביעיות ושלישיות: בניית משפחות מילים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עייפות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עייפות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להרהר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קבוצת מאמץ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ידע כללי ממשחקי הקלפים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משחק מטילים קובייה ומתקדמים לפי התשובה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סולמות ונחשים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הקטגוריה של המילה "מירכאות" במשחק הלוטו?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שייכת לקבוצת "מידות רעות"?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אכזריות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קלפים יש במשפחה שלמה במשחק הרביעיות?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משחק מחפשים 3 מילים נרדפות ששייכות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התאמה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סולמות ונחשים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המילה הנרדפת ל"מאמץ" מתוך משחק השלישיות?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קשר שייך לקבוצת "קשרי סיבה"?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מפני ש־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במשחק הזיכרון, מה שני הקלפים ההופכים צריכים להתאים זה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והקטגוריה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מילים הפוכות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מילים זהות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ושימוש במילים מהמשחקים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שלם שבו תשתמשו באחד מקשרי הסיבה מהמשחקים (למשל מפני ש־, כי, היות ש־).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מילים נרדפות ממשחק השלישיות (כמו עייף ומותש) וכתבו לכל אחת מהן משפט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משחק הזיכרון למשחק הלוטו, ואיזה מהם לדעתכם יעזור יותר לתרגל קטגוריות של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מילים הפכיות למילים נרדפות?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למיין מילים לקטגוריה הנכונה שלהן (כמו מידות טובות מול מידות רעות)?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מסוגל/ת להשלים משפחה של ארבע מילים מאותה קטגוריה בזמן סביר?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קלפים בעברית: הפכים, נרדפות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